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F2B37" w14:textId="77777777" w:rsidR="002836FB" w:rsidRDefault="002836FB">
      <w:pPr>
        <w:spacing w:before="160" w:after="240"/>
        <w:jc w:val="center"/>
        <w:rPr>
          <w:rFonts w:ascii="Arial" w:hAnsi="Arial"/>
          <w:b/>
          <w:sz w:val="24"/>
        </w:rPr>
      </w:pPr>
      <w:r>
        <w:rPr>
          <w:noProof/>
          <w:lang w:eastAsia="cs-CZ"/>
        </w:rPr>
        <w:drawing>
          <wp:inline distT="0" distB="0" distL="0" distR="0" wp14:anchorId="1804B2EB" wp14:editId="75AF552F">
            <wp:extent cx="4390390" cy="1038225"/>
            <wp:effectExtent l="0" t="0" r="0" b="9525"/>
            <wp:docPr id="1" name="Obrázek 5" descr="Obsah obrázku text, snímek obrazovky, logo, Písmo&#10;&#10;Obsah generovaný pomocí AI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5" descr="Obsah obrázku text, snímek obrazovky, logo, Písmo&#10;&#10;Obsah generovaný pomocí AI může být nesprávný.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0390" cy="10382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55A2FFC" w14:textId="73AFC1EA" w:rsidR="00810851" w:rsidRDefault="00000000">
      <w:pPr>
        <w:spacing w:before="160" w:after="240"/>
        <w:jc w:val="center"/>
      </w:pPr>
      <w:r>
        <w:rPr>
          <w:rFonts w:ascii="Arial" w:hAnsi="Arial"/>
          <w:b/>
          <w:sz w:val="24"/>
        </w:rPr>
        <w:t>ŽÁDOST O UVOLNĚNÍ ŽÁKA ZE ŠKOLNÍ DRUŽINY / ŠKOLNÍHO KLUBU</w:t>
      </w:r>
    </w:p>
    <w:p w14:paraId="7FEFB793" w14:textId="77777777" w:rsidR="00810851" w:rsidRDefault="00000000">
      <w:pPr>
        <w:spacing w:after="120"/>
      </w:pPr>
      <w:r>
        <w:rPr>
          <w:rFonts w:ascii="Arial" w:hAnsi="Arial"/>
          <w:sz w:val="20"/>
        </w:rPr>
        <w:t xml:space="preserve">Jméno a příjmení žáka: </w:t>
      </w:r>
      <w:r>
        <w:rPr>
          <w:rFonts w:ascii="Arial" w:hAnsi="Arial"/>
          <w:color w:val="808080"/>
          <w:sz w:val="20"/>
        </w:rPr>
        <w:t>.......................................................</w:t>
      </w:r>
    </w:p>
    <w:p w14:paraId="2183D743" w14:textId="77777777" w:rsidR="00810851" w:rsidRDefault="00000000">
      <w:pPr>
        <w:spacing w:after="120"/>
      </w:pPr>
      <w:proofErr w:type="spellStart"/>
      <w:r>
        <w:rPr>
          <w:rFonts w:ascii="Arial" w:hAnsi="Arial"/>
          <w:sz w:val="20"/>
        </w:rPr>
        <w:t>Třída</w:t>
      </w:r>
      <w:proofErr w:type="spellEnd"/>
      <w:r>
        <w:rPr>
          <w:rFonts w:ascii="Arial" w:hAnsi="Arial"/>
          <w:sz w:val="20"/>
        </w:rPr>
        <w:t xml:space="preserve">: </w:t>
      </w:r>
      <w:r>
        <w:rPr>
          <w:rFonts w:ascii="Arial" w:hAnsi="Arial"/>
          <w:color w:val="808080"/>
          <w:sz w:val="20"/>
        </w:rPr>
        <w:t>...........................................................................</w:t>
      </w:r>
    </w:p>
    <w:p w14:paraId="59E5D8BD" w14:textId="77777777" w:rsidR="00810851" w:rsidRDefault="00000000">
      <w:pPr>
        <w:spacing w:after="120"/>
      </w:pPr>
      <w:r>
        <w:rPr>
          <w:rFonts w:ascii="Arial" w:hAnsi="Arial"/>
          <w:sz w:val="20"/>
        </w:rPr>
        <w:t xml:space="preserve">Datum uvolnění: </w:t>
      </w:r>
      <w:r>
        <w:rPr>
          <w:rFonts w:ascii="Arial" w:hAnsi="Arial"/>
          <w:color w:val="808080"/>
          <w:sz w:val="20"/>
        </w:rPr>
        <w:t>...................................</w:t>
      </w:r>
    </w:p>
    <w:p w14:paraId="61B8BBBA" w14:textId="77777777" w:rsidR="00810851" w:rsidRDefault="00000000">
      <w:pPr>
        <w:spacing w:after="120"/>
      </w:pPr>
      <w:r>
        <w:rPr>
          <w:rFonts w:ascii="Arial" w:hAnsi="Arial"/>
          <w:sz w:val="20"/>
        </w:rPr>
        <w:t xml:space="preserve">Čas uvolnění (hodina): </w:t>
      </w:r>
      <w:r>
        <w:rPr>
          <w:rFonts w:ascii="Arial" w:hAnsi="Arial"/>
          <w:color w:val="808080"/>
          <w:sz w:val="20"/>
        </w:rPr>
        <w:t>.......................................................</w:t>
      </w:r>
    </w:p>
    <w:p w14:paraId="0706AC16" w14:textId="77777777" w:rsidR="00810851" w:rsidRDefault="00000000">
      <w:pPr>
        <w:spacing w:after="80"/>
      </w:pPr>
      <w:r>
        <w:rPr>
          <w:rFonts w:ascii="Arial" w:hAnsi="Arial"/>
          <w:b/>
          <w:sz w:val="20"/>
        </w:rPr>
        <w:t>Způsob odchodu (nehodící se škrtněte):</w:t>
      </w:r>
    </w:p>
    <w:p w14:paraId="26046F7B" w14:textId="77777777" w:rsidR="00810851" w:rsidRDefault="00000000">
      <w:pPr>
        <w:spacing w:after="160"/>
        <w:ind w:left="288"/>
      </w:pPr>
      <w:r>
        <w:rPr>
          <w:rFonts w:ascii="Arial" w:hAnsi="Arial"/>
          <w:sz w:val="20"/>
        </w:rPr>
        <w:t>a) sám / sama odchází ze školy</w:t>
      </w:r>
      <w:r>
        <w:rPr>
          <w:rFonts w:ascii="Arial" w:hAnsi="Arial"/>
          <w:sz w:val="20"/>
        </w:rPr>
        <w:br/>
        <w:t>b) v doprovodu (jméno doprovázející osoby): ..............................................................</w:t>
      </w:r>
    </w:p>
    <w:p w14:paraId="133590F6" w14:textId="77777777" w:rsidR="00810851" w:rsidRDefault="00000000">
      <w:pPr>
        <w:spacing w:after="240"/>
        <w:jc w:val="both"/>
      </w:pPr>
      <w:r>
        <w:rPr>
          <w:rFonts w:ascii="Arial" w:hAnsi="Arial"/>
          <w:i/>
          <w:sz w:val="18"/>
        </w:rPr>
        <w:t>Od okamžiku uvolnění žáka (uvedeného data a hodiny) přebírá veškerou právní odpovědnost za žáka zákonný zástupce. Žák odchodem ze školní družiny/klubu opouští budovu školy.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34"/>
        <w:gridCol w:w="5234"/>
      </w:tblGrid>
      <w:tr w:rsidR="00810851" w14:paraId="3E23C8A1" w14:textId="77777777">
        <w:trPr>
          <w:jc w:val="center"/>
        </w:trPr>
        <w:tc>
          <w:tcPr>
            <w:tcW w:w="5234" w:type="dxa"/>
          </w:tcPr>
          <w:p w14:paraId="50B2A45F" w14:textId="77777777" w:rsidR="002836FB" w:rsidRDefault="002836FB">
            <w:pPr>
              <w:spacing w:after="40"/>
              <w:rPr>
                <w:rFonts w:ascii="Arial" w:hAnsi="Arial"/>
                <w:sz w:val="19"/>
              </w:rPr>
            </w:pPr>
          </w:p>
          <w:p w14:paraId="0906E797" w14:textId="28FEC404" w:rsidR="00810851" w:rsidRDefault="00000000">
            <w:pPr>
              <w:spacing w:after="40"/>
            </w:pPr>
            <w:r>
              <w:rPr>
                <w:rFonts w:ascii="Arial" w:hAnsi="Arial"/>
                <w:sz w:val="19"/>
              </w:rPr>
              <w:t>V ......................... dne ....................</w:t>
            </w:r>
            <w:r>
              <w:rPr>
                <w:rFonts w:ascii="Arial" w:hAnsi="Arial"/>
                <w:sz w:val="19"/>
              </w:rPr>
              <w:br/>
            </w:r>
            <w:r>
              <w:rPr>
                <w:rFonts w:ascii="Arial" w:hAnsi="Arial"/>
                <w:sz w:val="19"/>
              </w:rPr>
              <w:br/>
            </w:r>
            <w:r>
              <w:rPr>
                <w:rFonts w:ascii="Arial" w:hAnsi="Arial"/>
                <w:sz w:val="19"/>
              </w:rPr>
              <w:br/>
              <w:t>......................................................</w:t>
            </w:r>
            <w:r>
              <w:rPr>
                <w:rFonts w:ascii="Arial" w:hAnsi="Arial"/>
                <w:sz w:val="19"/>
              </w:rPr>
              <w:br/>
            </w:r>
            <w:r>
              <w:rPr>
                <w:rFonts w:ascii="Arial" w:hAnsi="Arial"/>
                <w:b/>
                <w:sz w:val="18"/>
              </w:rPr>
              <w:t>Podpis zákonného zástupce</w:t>
            </w:r>
          </w:p>
        </w:tc>
        <w:tc>
          <w:tcPr>
            <w:tcW w:w="5234" w:type="dxa"/>
          </w:tcPr>
          <w:p w14:paraId="12D72407" w14:textId="77777777" w:rsidR="002836FB" w:rsidRDefault="00000000">
            <w:pPr>
              <w:spacing w:after="40"/>
              <w:jc w:val="right"/>
              <w:rPr>
                <w:rFonts w:ascii="Arial" w:hAnsi="Arial"/>
                <w:sz w:val="19"/>
              </w:rPr>
            </w:pPr>
            <w:r>
              <w:rPr>
                <w:rFonts w:ascii="Arial" w:hAnsi="Arial"/>
                <w:sz w:val="19"/>
              </w:rPr>
              <w:br/>
            </w:r>
            <w:r>
              <w:rPr>
                <w:rFonts w:ascii="Arial" w:hAnsi="Arial"/>
                <w:sz w:val="19"/>
              </w:rPr>
              <w:br/>
            </w:r>
            <w:r>
              <w:rPr>
                <w:rFonts w:ascii="Arial" w:hAnsi="Arial"/>
                <w:sz w:val="19"/>
              </w:rPr>
              <w:br/>
            </w:r>
          </w:p>
          <w:p w14:paraId="5A8E8BDE" w14:textId="77777777" w:rsidR="002836FB" w:rsidRDefault="00000000">
            <w:pPr>
              <w:spacing w:after="40"/>
              <w:jc w:val="right"/>
              <w:rPr>
                <w:rFonts w:ascii="Arial" w:hAnsi="Arial"/>
                <w:sz w:val="19"/>
              </w:rPr>
            </w:pPr>
            <w:r>
              <w:rPr>
                <w:rFonts w:ascii="Arial" w:hAnsi="Arial"/>
                <w:sz w:val="19"/>
              </w:rPr>
              <w:t>......................................................</w:t>
            </w:r>
          </w:p>
          <w:p w14:paraId="68EF4480" w14:textId="77E30047" w:rsidR="00810851" w:rsidRDefault="00000000">
            <w:pPr>
              <w:spacing w:after="40"/>
              <w:jc w:val="right"/>
            </w:pPr>
            <w:proofErr w:type="spellStart"/>
            <w:r>
              <w:rPr>
                <w:rFonts w:ascii="Arial" w:hAnsi="Arial"/>
                <w:b/>
                <w:sz w:val="18"/>
              </w:rPr>
              <w:t>Podpis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vychovatele</w:t>
            </w:r>
            <w:proofErr w:type="spellEnd"/>
            <w:r>
              <w:rPr>
                <w:rFonts w:ascii="Arial" w:hAnsi="Arial"/>
                <w:b/>
                <w:sz w:val="18"/>
              </w:rPr>
              <w:t>/</w:t>
            </w:r>
            <w:proofErr w:type="spellStart"/>
            <w:r>
              <w:rPr>
                <w:rFonts w:ascii="Arial" w:hAnsi="Arial"/>
                <w:b/>
                <w:sz w:val="18"/>
              </w:rPr>
              <w:t>ky</w:t>
            </w:r>
            <w:proofErr w:type="spellEnd"/>
          </w:p>
        </w:tc>
      </w:tr>
    </w:tbl>
    <w:p w14:paraId="7DD49210" w14:textId="77777777" w:rsidR="00810851" w:rsidRDefault="00000000">
      <w:pPr>
        <w:spacing w:before="240" w:after="240"/>
        <w:jc w:val="center"/>
      </w:pPr>
      <w:r>
        <w:rPr>
          <w:rFonts w:ascii="Arial" w:hAnsi="Arial"/>
          <w:color w:val="808080"/>
          <w:sz w:val="18"/>
        </w:rPr>
        <w:t xml:space="preserve">✂ - - - - - - - - - - - - - - - - - - - - - - - - - - - - - - - - - - - - - - - - - - - - - </w:t>
      </w:r>
    </w:p>
    <w:p w14:paraId="7D4F28B8" w14:textId="77777777" w:rsidR="002836FB" w:rsidRDefault="002836FB">
      <w:pPr>
        <w:spacing w:before="160" w:after="240"/>
        <w:jc w:val="center"/>
        <w:rPr>
          <w:rFonts w:ascii="Arial" w:hAnsi="Arial"/>
          <w:b/>
          <w:sz w:val="24"/>
        </w:rPr>
      </w:pPr>
      <w:r>
        <w:rPr>
          <w:noProof/>
          <w:lang w:eastAsia="cs-CZ"/>
        </w:rPr>
        <w:drawing>
          <wp:inline distT="0" distB="0" distL="0" distR="0" wp14:anchorId="79CA0783" wp14:editId="4D0CE339">
            <wp:extent cx="4390390" cy="1038225"/>
            <wp:effectExtent l="0" t="0" r="0" b="9525"/>
            <wp:docPr id="1748475535" name="Obrázek 5" descr="Obsah obrázku text, snímek obrazovky, logo, Písmo&#10;&#10;Obsah generovaný pomocí AI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475535" name="Obrázek 5" descr="Obsah obrázku text, snímek obrazovky, logo, Písmo&#10;&#10;Obsah generovaný pomocí AI může být nesprávný.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0390" cy="10382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49C42A0" w14:textId="0275D3E8" w:rsidR="00810851" w:rsidRDefault="00000000">
      <w:pPr>
        <w:spacing w:before="160" w:after="240"/>
        <w:jc w:val="center"/>
      </w:pPr>
      <w:r>
        <w:rPr>
          <w:rFonts w:ascii="Arial" w:hAnsi="Arial"/>
          <w:b/>
          <w:sz w:val="24"/>
        </w:rPr>
        <w:t>ŽÁDOST O UVOLNĚNÍ ŽÁKA ZE ŠKOLNÍ DRUŽINY / ŠKOLNÍHO KLUBU</w:t>
      </w:r>
    </w:p>
    <w:p w14:paraId="59B4EB1C" w14:textId="77777777" w:rsidR="00810851" w:rsidRDefault="00000000">
      <w:pPr>
        <w:spacing w:after="120"/>
      </w:pPr>
      <w:r>
        <w:rPr>
          <w:rFonts w:ascii="Arial" w:hAnsi="Arial"/>
          <w:sz w:val="20"/>
        </w:rPr>
        <w:t xml:space="preserve">Jméno a příjmení žáka: </w:t>
      </w:r>
      <w:r>
        <w:rPr>
          <w:rFonts w:ascii="Arial" w:hAnsi="Arial"/>
          <w:color w:val="808080"/>
          <w:sz w:val="20"/>
        </w:rPr>
        <w:t>.......................................................</w:t>
      </w:r>
    </w:p>
    <w:p w14:paraId="50218646" w14:textId="77777777" w:rsidR="00810851" w:rsidRDefault="00000000">
      <w:pPr>
        <w:spacing w:after="120"/>
      </w:pPr>
      <w:proofErr w:type="spellStart"/>
      <w:r>
        <w:rPr>
          <w:rFonts w:ascii="Arial" w:hAnsi="Arial"/>
          <w:sz w:val="20"/>
        </w:rPr>
        <w:t>Třída</w:t>
      </w:r>
      <w:proofErr w:type="spellEnd"/>
      <w:r>
        <w:rPr>
          <w:rFonts w:ascii="Arial" w:hAnsi="Arial"/>
          <w:sz w:val="20"/>
        </w:rPr>
        <w:t xml:space="preserve">: </w:t>
      </w:r>
      <w:r>
        <w:rPr>
          <w:rFonts w:ascii="Arial" w:hAnsi="Arial"/>
          <w:color w:val="808080"/>
          <w:sz w:val="20"/>
        </w:rPr>
        <w:t>...........................................................................</w:t>
      </w:r>
    </w:p>
    <w:p w14:paraId="3129184D" w14:textId="77777777" w:rsidR="00810851" w:rsidRDefault="00000000">
      <w:pPr>
        <w:spacing w:after="120"/>
      </w:pPr>
      <w:r>
        <w:rPr>
          <w:rFonts w:ascii="Arial" w:hAnsi="Arial"/>
          <w:sz w:val="20"/>
        </w:rPr>
        <w:t xml:space="preserve">Datum uvolnění: </w:t>
      </w:r>
      <w:r>
        <w:rPr>
          <w:rFonts w:ascii="Arial" w:hAnsi="Arial"/>
          <w:color w:val="808080"/>
          <w:sz w:val="20"/>
        </w:rPr>
        <w:t>...................................</w:t>
      </w:r>
    </w:p>
    <w:p w14:paraId="109618E5" w14:textId="77777777" w:rsidR="00810851" w:rsidRDefault="00000000">
      <w:pPr>
        <w:spacing w:after="120"/>
      </w:pPr>
      <w:r>
        <w:rPr>
          <w:rFonts w:ascii="Arial" w:hAnsi="Arial"/>
          <w:sz w:val="20"/>
        </w:rPr>
        <w:t xml:space="preserve">Čas uvolnění (hodina): </w:t>
      </w:r>
      <w:r>
        <w:rPr>
          <w:rFonts w:ascii="Arial" w:hAnsi="Arial"/>
          <w:color w:val="808080"/>
          <w:sz w:val="20"/>
        </w:rPr>
        <w:t>.......................................................</w:t>
      </w:r>
    </w:p>
    <w:p w14:paraId="6945B147" w14:textId="77777777" w:rsidR="00810851" w:rsidRDefault="00000000">
      <w:pPr>
        <w:spacing w:after="80"/>
      </w:pPr>
      <w:r>
        <w:rPr>
          <w:rFonts w:ascii="Arial" w:hAnsi="Arial"/>
          <w:b/>
          <w:sz w:val="20"/>
        </w:rPr>
        <w:t>Způsob odchodu (nehodící se škrtněte):</w:t>
      </w:r>
    </w:p>
    <w:p w14:paraId="31AED174" w14:textId="77777777" w:rsidR="00810851" w:rsidRDefault="00000000">
      <w:pPr>
        <w:spacing w:after="160"/>
        <w:ind w:left="288"/>
      </w:pPr>
      <w:r>
        <w:rPr>
          <w:rFonts w:ascii="Arial" w:hAnsi="Arial"/>
          <w:sz w:val="20"/>
        </w:rPr>
        <w:t>a) sám / sama odchází ze školy</w:t>
      </w:r>
      <w:r>
        <w:rPr>
          <w:rFonts w:ascii="Arial" w:hAnsi="Arial"/>
          <w:sz w:val="20"/>
        </w:rPr>
        <w:br/>
        <w:t>b) v doprovodu (jméno doprovázející osoby): ..............................................................</w:t>
      </w:r>
    </w:p>
    <w:p w14:paraId="1AA60EC2" w14:textId="77777777" w:rsidR="00810851" w:rsidRDefault="00000000">
      <w:pPr>
        <w:spacing w:after="240"/>
        <w:jc w:val="both"/>
      </w:pPr>
      <w:r>
        <w:rPr>
          <w:rFonts w:ascii="Arial" w:hAnsi="Arial"/>
          <w:i/>
          <w:sz w:val="18"/>
        </w:rPr>
        <w:t>Od okamžiku uvolnění žáka (uvedeného data a hodiny) přebírá veškerou právní odpovědnost za žáka zákonný zástupce. Žák odchodem ze školní družiny/klubu opouští budovu školy.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34"/>
        <w:gridCol w:w="5234"/>
      </w:tblGrid>
      <w:tr w:rsidR="00810851" w14:paraId="33FB799C" w14:textId="77777777">
        <w:trPr>
          <w:jc w:val="center"/>
        </w:trPr>
        <w:tc>
          <w:tcPr>
            <w:tcW w:w="5234" w:type="dxa"/>
          </w:tcPr>
          <w:p w14:paraId="44BE88A7" w14:textId="77777777" w:rsidR="002836FB" w:rsidRDefault="002836FB">
            <w:pPr>
              <w:spacing w:after="40"/>
              <w:rPr>
                <w:rFonts w:ascii="Arial" w:hAnsi="Arial"/>
                <w:sz w:val="19"/>
              </w:rPr>
            </w:pPr>
          </w:p>
          <w:p w14:paraId="6F90E41E" w14:textId="29FC07A8" w:rsidR="00810851" w:rsidRDefault="00000000">
            <w:pPr>
              <w:spacing w:after="40"/>
            </w:pPr>
            <w:r>
              <w:rPr>
                <w:rFonts w:ascii="Arial" w:hAnsi="Arial"/>
                <w:sz w:val="19"/>
              </w:rPr>
              <w:t>V ......................... dne ....................</w:t>
            </w:r>
            <w:r>
              <w:rPr>
                <w:rFonts w:ascii="Arial" w:hAnsi="Arial"/>
                <w:sz w:val="19"/>
              </w:rPr>
              <w:br/>
            </w:r>
            <w:r>
              <w:rPr>
                <w:rFonts w:ascii="Arial" w:hAnsi="Arial"/>
                <w:sz w:val="19"/>
              </w:rPr>
              <w:br/>
            </w:r>
            <w:r>
              <w:rPr>
                <w:rFonts w:ascii="Arial" w:hAnsi="Arial"/>
                <w:sz w:val="19"/>
              </w:rPr>
              <w:br/>
              <w:t>......................................................</w:t>
            </w:r>
            <w:r>
              <w:rPr>
                <w:rFonts w:ascii="Arial" w:hAnsi="Arial"/>
                <w:sz w:val="19"/>
              </w:rPr>
              <w:br/>
            </w:r>
            <w:r>
              <w:rPr>
                <w:rFonts w:ascii="Arial" w:hAnsi="Arial"/>
                <w:b/>
                <w:sz w:val="18"/>
              </w:rPr>
              <w:t>Podpis zákonného zástupce</w:t>
            </w:r>
          </w:p>
        </w:tc>
        <w:tc>
          <w:tcPr>
            <w:tcW w:w="5234" w:type="dxa"/>
          </w:tcPr>
          <w:p w14:paraId="35B2D76A" w14:textId="77777777" w:rsidR="002836FB" w:rsidRDefault="00000000">
            <w:pPr>
              <w:spacing w:after="40"/>
              <w:jc w:val="right"/>
              <w:rPr>
                <w:rFonts w:ascii="Arial" w:hAnsi="Arial"/>
                <w:sz w:val="19"/>
              </w:rPr>
            </w:pPr>
            <w:r>
              <w:rPr>
                <w:rFonts w:ascii="Arial" w:hAnsi="Arial"/>
                <w:sz w:val="19"/>
              </w:rPr>
              <w:br/>
            </w:r>
            <w:r>
              <w:rPr>
                <w:rFonts w:ascii="Arial" w:hAnsi="Arial"/>
                <w:sz w:val="19"/>
              </w:rPr>
              <w:br/>
            </w:r>
            <w:r>
              <w:rPr>
                <w:rFonts w:ascii="Arial" w:hAnsi="Arial"/>
                <w:sz w:val="19"/>
              </w:rPr>
              <w:br/>
            </w:r>
          </w:p>
          <w:p w14:paraId="248C4338" w14:textId="5C8D5997" w:rsidR="00810851" w:rsidRDefault="00000000">
            <w:pPr>
              <w:spacing w:after="40"/>
              <w:jc w:val="right"/>
            </w:pPr>
            <w:r>
              <w:rPr>
                <w:rFonts w:ascii="Arial" w:hAnsi="Arial"/>
                <w:sz w:val="19"/>
              </w:rPr>
              <w:t>......................................................</w:t>
            </w:r>
            <w:r>
              <w:rPr>
                <w:rFonts w:ascii="Arial" w:hAnsi="Arial"/>
                <w:sz w:val="19"/>
              </w:rPr>
              <w:br/>
            </w:r>
            <w:r>
              <w:rPr>
                <w:rFonts w:ascii="Arial" w:hAnsi="Arial"/>
                <w:b/>
                <w:sz w:val="18"/>
              </w:rPr>
              <w:t>Podpis vychovatele/ky</w:t>
            </w:r>
          </w:p>
        </w:tc>
      </w:tr>
    </w:tbl>
    <w:p w14:paraId="51752D56" w14:textId="77777777" w:rsidR="00124527" w:rsidRDefault="00124527"/>
    <w:sectPr w:rsidR="00124527" w:rsidSect="00034616">
      <w:pgSz w:w="11909" w:h="16834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06897465">
    <w:abstractNumId w:val="8"/>
  </w:num>
  <w:num w:numId="2" w16cid:durableId="1778404846">
    <w:abstractNumId w:val="6"/>
  </w:num>
  <w:num w:numId="3" w16cid:durableId="212665069">
    <w:abstractNumId w:val="5"/>
  </w:num>
  <w:num w:numId="4" w16cid:durableId="1856845573">
    <w:abstractNumId w:val="4"/>
  </w:num>
  <w:num w:numId="5" w16cid:durableId="1835562382">
    <w:abstractNumId w:val="7"/>
  </w:num>
  <w:num w:numId="6" w16cid:durableId="229467558">
    <w:abstractNumId w:val="3"/>
  </w:num>
  <w:num w:numId="7" w16cid:durableId="1920433437">
    <w:abstractNumId w:val="2"/>
  </w:num>
  <w:num w:numId="8" w16cid:durableId="8261202">
    <w:abstractNumId w:val="1"/>
  </w:num>
  <w:num w:numId="9" w16cid:durableId="773285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24527"/>
    <w:rsid w:val="0015074B"/>
    <w:rsid w:val="002836FB"/>
    <w:rsid w:val="0029639D"/>
    <w:rsid w:val="00326F90"/>
    <w:rsid w:val="00810851"/>
    <w:rsid w:val="00AA1D8D"/>
    <w:rsid w:val="00B47730"/>
    <w:rsid w:val="00C75AD6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C567F3"/>
  <w14:defaultImageDpi w14:val="300"/>
  <w15:docId w15:val="{0B347D47-0946-45AF-B1BC-FF34D30A6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Miroslava Jonášová</cp:lastModifiedBy>
  <cp:revision>2</cp:revision>
  <dcterms:created xsi:type="dcterms:W3CDTF">2026-08-17T17:33:00Z</dcterms:created>
  <dcterms:modified xsi:type="dcterms:W3CDTF">2026-08-17T17:33:00Z</dcterms:modified>
  <cp:category/>
</cp:coreProperties>
</file>