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6" w:space="0" w:color="1F4E78"/>
          <w:left w:val="single" w:sz="6" w:space="0" w:color="1F4E78"/>
          <w:bottom w:val="single" w:sz="6" w:space="0" w:color="1F4E78"/>
          <w:right w:val="single" w:sz="6" w:space="0" w:color="1F4E78"/>
          <w:insideH w:val="single" w:sz="6" w:space="0" w:color="1F4E78"/>
          <w:insideV w:val="single" w:sz="6" w:space="0" w:color="1F4E78"/>
        </w:tblBorders>
        <w:tblLook w:val="04A0" w:firstRow="1" w:lastRow="0" w:firstColumn="1" w:lastColumn="0" w:noHBand="0" w:noVBand="1"/>
      </w:tblPr>
      <w:tblGrid>
        <w:gridCol w:w="2016"/>
        <w:gridCol w:w="1872"/>
        <w:gridCol w:w="1354"/>
        <w:gridCol w:w="1354"/>
        <w:gridCol w:w="1354"/>
        <w:gridCol w:w="1354"/>
        <w:gridCol w:w="1930"/>
      </w:tblGrid>
      <w:tr w:rsidR="0007410C" w:rsidRPr="0082692F">
        <w:trPr>
          <w:jc w:val="center"/>
        </w:trPr>
        <w:tc>
          <w:tcPr>
            <w:tcW w:w="1930" w:type="dxa"/>
            <w:gridSpan w:val="7"/>
            <w:shd w:val="clear" w:color="auto" w:fill="1F4E78"/>
            <w:tcMar>
              <w:top w:w="140" w:type="dxa"/>
              <w:left w:w="100" w:type="dxa"/>
              <w:bottom w:w="140" w:type="dxa"/>
              <w:right w:w="100" w:type="dxa"/>
            </w:tcMar>
          </w:tcPr>
          <w:p w:rsidR="0007410C" w:rsidRPr="0082692F" w:rsidRDefault="0085286A">
            <w:pPr>
              <w:jc w:val="center"/>
              <w:rPr>
                <w:rFonts w:ascii="Times New Roman" w:hAnsi="Times New Roman" w:cs="Times New Roman"/>
              </w:rPr>
            </w:pPr>
            <w:r w:rsidRPr="0082692F">
              <w:rPr>
                <w:rFonts w:ascii="Times New Roman" w:hAnsi="Times New Roman" w:cs="Times New Roman"/>
                <w:b/>
                <w:color w:val="FFFFFF"/>
              </w:rPr>
              <w:t>POBYT VENKU – rozpis dětských hřišť pro ŠD</w:t>
            </w:r>
            <w:r w:rsidRPr="0082692F">
              <w:rPr>
                <w:rFonts w:ascii="Times New Roman" w:hAnsi="Times New Roman" w:cs="Times New Roman"/>
                <w:b/>
                <w:color w:val="FFFFFF"/>
              </w:rPr>
              <w:br/>
            </w:r>
            <w:r w:rsidRPr="0082692F">
              <w:rPr>
                <w:rFonts w:ascii="Times New Roman" w:hAnsi="Times New Roman" w:cs="Times New Roman"/>
                <w:color w:val="DCE6F2"/>
              </w:rPr>
              <w:t>školní rok 2026–2027</w:t>
            </w:r>
          </w:p>
        </w:tc>
      </w:tr>
      <w:tr w:rsidR="0007410C" w:rsidRPr="0082692F">
        <w:trPr>
          <w:jc w:val="center"/>
        </w:trPr>
        <w:tc>
          <w:tcPr>
            <w:tcW w:w="1930" w:type="dxa"/>
            <w:gridSpan w:val="7"/>
            <w:shd w:val="clear" w:color="auto" w:fill="E9EEF4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07410C" w:rsidRPr="0082692F" w:rsidRDefault="0085286A">
            <w:pPr>
              <w:jc w:val="center"/>
              <w:rPr>
                <w:rFonts w:ascii="Times New Roman" w:hAnsi="Times New Roman" w:cs="Times New Roman"/>
              </w:rPr>
            </w:pPr>
            <w:r w:rsidRPr="0082692F">
              <w:rPr>
                <w:rFonts w:ascii="Times New Roman" w:hAnsi="Times New Roman" w:cs="Times New Roman"/>
                <w:b/>
                <w:color w:val="1F4E78"/>
              </w:rPr>
              <w:t xml:space="preserve">Orientační čas pobytu venku: </w:t>
            </w:r>
            <w:r w:rsidRPr="0082692F">
              <w:rPr>
                <w:rFonts w:ascii="Times New Roman" w:hAnsi="Times New Roman" w:cs="Times New Roman"/>
                <w:color w:val="282828"/>
              </w:rPr>
              <w:t>13:30 – 15:00 hod.</w:t>
            </w:r>
          </w:p>
        </w:tc>
      </w:tr>
      <w:tr w:rsidR="0007410C" w:rsidRPr="0082692F">
        <w:trPr>
          <w:jc w:val="center"/>
        </w:trPr>
        <w:tc>
          <w:tcPr>
            <w:tcW w:w="2016" w:type="dxa"/>
            <w:shd w:val="clear" w:color="auto" w:fill="2F5597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07410C" w:rsidRPr="0082692F" w:rsidRDefault="0085286A">
            <w:pPr>
              <w:jc w:val="center"/>
              <w:rPr>
                <w:rFonts w:ascii="Times New Roman" w:hAnsi="Times New Roman" w:cs="Times New Roman"/>
              </w:rPr>
            </w:pPr>
            <w:r w:rsidRPr="0082692F">
              <w:rPr>
                <w:rFonts w:ascii="Times New Roman" w:hAnsi="Times New Roman" w:cs="Times New Roman"/>
                <w:b/>
                <w:color w:val="FFFFFF"/>
              </w:rPr>
              <w:t>Oddělení ŠD + název ŠD</w:t>
            </w:r>
          </w:p>
        </w:tc>
        <w:tc>
          <w:tcPr>
            <w:tcW w:w="1872" w:type="dxa"/>
            <w:shd w:val="clear" w:color="auto" w:fill="2F5597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07410C" w:rsidRPr="0082692F" w:rsidRDefault="0085286A">
            <w:pPr>
              <w:jc w:val="center"/>
              <w:rPr>
                <w:rFonts w:ascii="Times New Roman" w:hAnsi="Times New Roman" w:cs="Times New Roman"/>
              </w:rPr>
            </w:pPr>
            <w:r w:rsidRPr="0082692F">
              <w:rPr>
                <w:rFonts w:ascii="Times New Roman" w:hAnsi="Times New Roman" w:cs="Times New Roman"/>
                <w:b/>
                <w:color w:val="FFFFFF"/>
              </w:rPr>
              <w:t>p. vychovatelka</w:t>
            </w:r>
          </w:p>
        </w:tc>
        <w:tc>
          <w:tcPr>
            <w:tcW w:w="1354" w:type="dxa"/>
            <w:shd w:val="clear" w:color="auto" w:fill="2F5597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07410C" w:rsidRPr="0082692F" w:rsidRDefault="0085286A">
            <w:pPr>
              <w:jc w:val="center"/>
              <w:rPr>
                <w:rFonts w:ascii="Times New Roman" w:hAnsi="Times New Roman" w:cs="Times New Roman"/>
              </w:rPr>
            </w:pPr>
            <w:r w:rsidRPr="0082692F">
              <w:rPr>
                <w:rFonts w:ascii="Times New Roman" w:hAnsi="Times New Roman" w:cs="Times New Roman"/>
                <w:b/>
                <w:color w:val="FFFFFF"/>
              </w:rPr>
              <w:t>PO</w:t>
            </w:r>
          </w:p>
        </w:tc>
        <w:tc>
          <w:tcPr>
            <w:tcW w:w="1354" w:type="dxa"/>
            <w:shd w:val="clear" w:color="auto" w:fill="2F5597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07410C" w:rsidRPr="0082692F" w:rsidRDefault="0085286A">
            <w:pPr>
              <w:jc w:val="center"/>
              <w:rPr>
                <w:rFonts w:ascii="Times New Roman" w:hAnsi="Times New Roman" w:cs="Times New Roman"/>
              </w:rPr>
            </w:pPr>
            <w:r w:rsidRPr="0082692F">
              <w:rPr>
                <w:rFonts w:ascii="Times New Roman" w:hAnsi="Times New Roman" w:cs="Times New Roman"/>
                <w:b/>
                <w:color w:val="FFFFFF"/>
              </w:rPr>
              <w:t>ÚT</w:t>
            </w:r>
          </w:p>
        </w:tc>
        <w:tc>
          <w:tcPr>
            <w:tcW w:w="1354" w:type="dxa"/>
            <w:shd w:val="clear" w:color="auto" w:fill="2F5597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07410C" w:rsidRPr="0082692F" w:rsidRDefault="0085286A">
            <w:pPr>
              <w:jc w:val="center"/>
              <w:rPr>
                <w:rFonts w:ascii="Times New Roman" w:hAnsi="Times New Roman" w:cs="Times New Roman"/>
              </w:rPr>
            </w:pPr>
            <w:r w:rsidRPr="0082692F">
              <w:rPr>
                <w:rFonts w:ascii="Times New Roman" w:hAnsi="Times New Roman" w:cs="Times New Roman"/>
                <w:b/>
                <w:color w:val="FFFFFF"/>
              </w:rPr>
              <w:t>ST</w:t>
            </w:r>
          </w:p>
        </w:tc>
        <w:tc>
          <w:tcPr>
            <w:tcW w:w="1354" w:type="dxa"/>
            <w:shd w:val="clear" w:color="auto" w:fill="2F5597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07410C" w:rsidRPr="0082692F" w:rsidRDefault="0085286A">
            <w:pPr>
              <w:jc w:val="center"/>
              <w:rPr>
                <w:rFonts w:ascii="Times New Roman" w:hAnsi="Times New Roman" w:cs="Times New Roman"/>
              </w:rPr>
            </w:pPr>
            <w:r w:rsidRPr="0082692F">
              <w:rPr>
                <w:rFonts w:ascii="Times New Roman" w:hAnsi="Times New Roman" w:cs="Times New Roman"/>
                <w:b/>
                <w:color w:val="FFFFFF"/>
              </w:rPr>
              <w:t>ČT</w:t>
            </w:r>
          </w:p>
        </w:tc>
        <w:tc>
          <w:tcPr>
            <w:tcW w:w="1930" w:type="dxa"/>
            <w:shd w:val="clear" w:color="auto" w:fill="2F5597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07410C" w:rsidRPr="0082692F" w:rsidRDefault="0085286A">
            <w:pPr>
              <w:jc w:val="center"/>
              <w:rPr>
                <w:rFonts w:ascii="Times New Roman" w:hAnsi="Times New Roman" w:cs="Times New Roman"/>
              </w:rPr>
            </w:pPr>
            <w:r w:rsidRPr="0082692F">
              <w:rPr>
                <w:rFonts w:ascii="Times New Roman" w:hAnsi="Times New Roman" w:cs="Times New Roman"/>
                <w:b/>
                <w:color w:val="FFFFFF"/>
              </w:rPr>
              <w:t>PÁ</w:t>
            </w:r>
          </w:p>
        </w:tc>
      </w:tr>
      <w:tr w:rsidR="0007410C" w:rsidRPr="0082692F">
        <w:trPr>
          <w:jc w:val="center"/>
        </w:trPr>
        <w:tc>
          <w:tcPr>
            <w:tcW w:w="2016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5286A">
            <w:pPr>
              <w:rPr>
                <w:rFonts w:ascii="Times New Roman" w:hAnsi="Times New Roman" w:cs="Times New Roman"/>
              </w:rPr>
            </w:pPr>
            <w:r w:rsidRPr="0082692F">
              <w:rPr>
                <w:rFonts w:ascii="Times New Roman" w:hAnsi="Times New Roman" w:cs="Times New Roman"/>
                <w:b/>
                <w:color w:val="282828"/>
              </w:rPr>
              <w:t>oddělení ŠD SLUNÍČKA</w:t>
            </w:r>
          </w:p>
        </w:tc>
        <w:tc>
          <w:tcPr>
            <w:tcW w:w="1872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5286A">
            <w:pPr>
              <w:rPr>
                <w:rFonts w:ascii="Times New Roman" w:hAnsi="Times New Roman" w:cs="Times New Roman"/>
              </w:rPr>
            </w:pPr>
            <w:r w:rsidRPr="0082692F">
              <w:rPr>
                <w:rFonts w:ascii="Times New Roman" w:hAnsi="Times New Roman" w:cs="Times New Roman"/>
                <w:color w:val="282828"/>
              </w:rPr>
              <w:t>Anežka Kuzmenko</w:t>
            </w:r>
          </w:p>
        </w:tc>
        <w:tc>
          <w:tcPr>
            <w:tcW w:w="1354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5286A">
            <w:pPr>
              <w:jc w:val="center"/>
              <w:rPr>
                <w:rFonts w:ascii="Times New Roman" w:hAnsi="Times New Roman" w:cs="Times New Roman"/>
              </w:rPr>
            </w:pPr>
            <w:r w:rsidRPr="0082692F">
              <w:rPr>
                <w:rFonts w:ascii="Times New Roman" w:hAnsi="Times New Roman" w:cs="Times New Roman"/>
                <w:color w:val="282828"/>
              </w:rPr>
              <w:t>Lesík pod školou</w:t>
            </w:r>
          </w:p>
        </w:tc>
        <w:tc>
          <w:tcPr>
            <w:tcW w:w="1354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5286A">
            <w:pPr>
              <w:jc w:val="center"/>
              <w:rPr>
                <w:rFonts w:ascii="Times New Roman" w:hAnsi="Times New Roman" w:cs="Times New Roman"/>
              </w:rPr>
            </w:pPr>
            <w:r w:rsidRPr="0082692F">
              <w:rPr>
                <w:rFonts w:ascii="Times New Roman" w:hAnsi="Times New Roman" w:cs="Times New Roman"/>
                <w:color w:val="282828"/>
              </w:rPr>
              <w:t>Tomovy parky</w:t>
            </w:r>
          </w:p>
        </w:tc>
        <w:tc>
          <w:tcPr>
            <w:tcW w:w="1354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5286A">
            <w:pPr>
              <w:jc w:val="center"/>
              <w:rPr>
                <w:rFonts w:ascii="Times New Roman" w:hAnsi="Times New Roman" w:cs="Times New Roman"/>
              </w:rPr>
            </w:pPr>
            <w:r w:rsidRPr="0082692F">
              <w:rPr>
                <w:rFonts w:ascii="Times New Roman" w:hAnsi="Times New Roman" w:cs="Times New Roman"/>
                <w:color w:val="282828"/>
              </w:rPr>
              <w:t>Mraženka</w:t>
            </w:r>
          </w:p>
        </w:tc>
        <w:tc>
          <w:tcPr>
            <w:tcW w:w="1354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5286A">
            <w:pPr>
              <w:jc w:val="center"/>
              <w:rPr>
                <w:rFonts w:ascii="Times New Roman" w:hAnsi="Times New Roman" w:cs="Times New Roman"/>
              </w:rPr>
            </w:pPr>
            <w:r w:rsidRPr="0082692F">
              <w:rPr>
                <w:rFonts w:ascii="Times New Roman" w:hAnsi="Times New Roman" w:cs="Times New Roman"/>
                <w:color w:val="282828"/>
              </w:rPr>
              <w:t xml:space="preserve">Školní </w:t>
            </w:r>
            <w:r w:rsidRPr="0082692F">
              <w:rPr>
                <w:rFonts w:ascii="Times New Roman" w:hAnsi="Times New Roman" w:cs="Times New Roman"/>
                <w:color w:val="282828"/>
              </w:rPr>
              <w:t>hřiště</w:t>
            </w:r>
          </w:p>
        </w:tc>
        <w:tc>
          <w:tcPr>
            <w:tcW w:w="1930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5286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92F">
              <w:rPr>
                <w:rFonts w:ascii="Times New Roman" w:hAnsi="Times New Roman" w:cs="Times New Roman"/>
                <w:color w:val="282828"/>
              </w:rPr>
              <w:t>Ško</w:t>
            </w:r>
            <w:r w:rsidR="0082692F">
              <w:rPr>
                <w:rFonts w:ascii="Times New Roman" w:hAnsi="Times New Roman" w:cs="Times New Roman"/>
                <w:color w:val="282828"/>
              </w:rPr>
              <w:t>lní</w:t>
            </w:r>
            <w:proofErr w:type="spellEnd"/>
            <w:r w:rsidR="0082692F">
              <w:rPr>
                <w:rFonts w:ascii="Times New Roman" w:hAnsi="Times New Roman" w:cs="Times New Roman"/>
                <w:color w:val="282828"/>
              </w:rPr>
              <w:t xml:space="preserve"> sad</w:t>
            </w:r>
          </w:p>
        </w:tc>
      </w:tr>
      <w:tr w:rsidR="0007410C" w:rsidRPr="0082692F">
        <w:trPr>
          <w:jc w:val="center"/>
        </w:trPr>
        <w:tc>
          <w:tcPr>
            <w:tcW w:w="2016" w:type="dxa"/>
            <w:shd w:val="clear" w:color="auto" w:fill="F4F7FA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5286A">
            <w:pPr>
              <w:rPr>
                <w:rFonts w:ascii="Times New Roman" w:hAnsi="Times New Roman" w:cs="Times New Roman"/>
              </w:rPr>
            </w:pPr>
            <w:r w:rsidRPr="0082692F">
              <w:rPr>
                <w:rFonts w:ascii="Times New Roman" w:hAnsi="Times New Roman" w:cs="Times New Roman"/>
                <w:b/>
                <w:color w:val="282828"/>
              </w:rPr>
              <w:t>oddělení ŠD BUBLINKY</w:t>
            </w:r>
          </w:p>
        </w:tc>
        <w:tc>
          <w:tcPr>
            <w:tcW w:w="1872" w:type="dxa"/>
            <w:shd w:val="clear" w:color="auto" w:fill="F4F7FA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5286A">
            <w:pPr>
              <w:rPr>
                <w:rFonts w:ascii="Times New Roman" w:hAnsi="Times New Roman" w:cs="Times New Roman"/>
              </w:rPr>
            </w:pPr>
            <w:r w:rsidRPr="0082692F">
              <w:rPr>
                <w:rFonts w:ascii="Times New Roman" w:hAnsi="Times New Roman" w:cs="Times New Roman"/>
                <w:color w:val="282828"/>
              </w:rPr>
              <w:t>Bc. Miroslava Jonášová</w:t>
            </w:r>
          </w:p>
        </w:tc>
        <w:tc>
          <w:tcPr>
            <w:tcW w:w="1354" w:type="dxa"/>
            <w:shd w:val="clear" w:color="auto" w:fill="F4F7FA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5286A">
            <w:pPr>
              <w:jc w:val="center"/>
              <w:rPr>
                <w:rFonts w:ascii="Times New Roman" w:hAnsi="Times New Roman" w:cs="Times New Roman"/>
              </w:rPr>
            </w:pPr>
            <w:r w:rsidRPr="0082692F">
              <w:rPr>
                <w:rFonts w:ascii="Times New Roman" w:hAnsi="Times New Roman" w:cs="Times New Roman"/>
                <w:color w:val="282828"/>
              </w:rPr>
              <w:t>Tomovy parky</w:t>
            </w:r>
          </w:p>
        </w:tc>
        <w:tc>
          <w:tcPr>
            <w:tcW w:w="1354" w:type="dxa"/>
            <w:shd w:val="clear" w:color="auto" w:fill="F4F7FA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5286A">
            <w:pPr>
              <w:jc w:val="center"/>
              <w:rPr>
                <w:rFonts w:ascii="Times New Roman" w:hAnsi="Times New Roman" w:cs="Times New Roman"/>
              </w:rPr>
            </w:pPr>
            <w:r w:rsidRPr="0082692F">
              <w:rPr>
                <w:rFonts w:ascii="Times New Roman" w:hAnsi="Times New Roman" w:cs="Times New Roman"/>
                <w:color w:val="282828"/>
              </w:rPr>
              <w:t>Lesík pod školou</w:t>
            </w:r>
          </w:p>
        </w:tc>
        <w:tc>
          <w:tcPr>
            <w:tcW w:w="1354" w:type="dxa"/>
            <w:shd w:val="clear" w:color="auto" w:fill="F4F7FA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2692F" w:rsidP="00826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92F">
              <w:rPr>
                <w:rFonts w:ascii="Times New Roman" w:hAnsi="Times New Roman" w:cs="Times New Roman"/>
                <w:color w:val="282828"/>
              </w:rPr>
              <w:t>Školní</w:t>
            </w:r>
            <w:proofErr w:type="spellEnd"/>
            <w:r w:rsidRPr="0082692F">
              <w:rPr>
                <w:rFonts w:ascii="Times New Roman" w:hAnsi="Times New Roman" w:cs="Times New Roman"/>
                <w:color w:val="282828"/>
              </w:rPr>
              <w:t xml:space="preserve"> sad</w:t>
            </w:r>
            <w:r w:rsidRPr="0082692F">
              <w:rPr>
                <w:rFonts w:ascii="Times New Roman" w:hAnsi="Times New Roman" w:cs="Times New Roman"/>
                <w:color w:val="282828"/>
              </w:rPr>
              <w:t xml:space="preserve"> </w:t>
            </w:r>
          </w:p>
        </w:tc>
        <w:tc>
          <w:tcPr>
            <w:tcW w:w="1354" w:type="dxa"/>
            <w:shd w:val="clear" w:color="auto" w:fill="F4F7FA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26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92F">
              <w:rPr>
                <w:rFonts w:ascii="Times New Roman" w:hAnsi="Times New Roman" w:cs="Times New Roman"/>
                <w:color w:val="282828"/>
              </w:rPr>
              <w:t>Mraženka</w:t>
            </w:r>
            <w:proofErr w:type="spellEnd"/>
          </w:p>
        </w:tc>
        <w:tc>
          <w:tcPr>
            <w:tcW w:w="1930" w:type="dxa"/>
            <w:shd w:val="clear" w:color="auto" w:fill="F4F7FA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26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92F">
              <w:rPr>
                <w:rFonts w:ascii="Times New Roman" w:hAnsi="Times New Roman" w:cs="Times New Roman"/>
                <w:color w:val="282828"/>
              </w:rPr>
              <w:t>Školní</w:t>
            </w:r>
            <w:proofErr w:type="spellEnd"/>
            <w:r w:rsidRPr="0082692F">
              <w:rPr>
                <w:rFonts w:ascii="Times New Roman" w:hAnsi="Times New Roman" w:cs="Times New Roman"/>
                <w:color w:val="282828"/>
              </w:rPr>
              <w:t xml:space="preserve"> </w:t>
            </w:r>
            <w:proofErr w:type="spellStart"/>
            <w:r w:rsidRPr="0082692F">
              <w:rPr>
                <w:rFonts w:ascii="Times New Roman" w:hAnsi="Times New Roman" w:cs="Times New Roman"/>
                <w:color w:val="282828"/>
              </w:rPr>
              <w:t>hřiště</w:t>
            </w:r>
            <w:proofErr w:type="spellEnd"/>
          </w:p>
        </w:tc>
      </w:tr>
      <w:tr w:rsidR="0007410C" w:rsidRPr="0082692F">
        <w:trPr>
          <w:jc w:val="center"/>
        </w:trPr>
        <w:tc>
          <w:tcPr>
            <w:tcW w:w="2016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5286A">
            <w:pPr>
              <w:rPr>
                <w:rFonts w:ascii="Times New Roman" w:hAnsi="Times New Roman" w:cs="Times New Roman"/>
              </w:rPr>
            </w:pPr>
            <w:r w:rsidRPr="0082692F">
              <w:rPr>
                <w:rFonts w:ascii="Times New Roman" w:hAnsi="Times New Roman" w:cs="Times New Roman"/>
                <w:b/>
                <w:color w:val="282828"/>
              </w:rPr>
              <w:t>oddělení ŠD LIŠÁCI</w:t>
            </w:r>
          </w:p>
        </w:tc>
        <w:tc>
          <w:tcPr>
            <w:tcW w:w="1872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5286A">
            <w:pPr>
              <w:rPr>
                <w:rFonts w:ascii="Times New Roman" w:hAnsi="Times New Roman" w:cs="Times New Roman"/>
              </w:rPr>
            </w:pPr>
            <w:r w:rsidRPr="0082692F">
              <w:rPr>
                <w:rFonts w:ascii="Times New Roman" w:hAnsi="Times New Roman" w:cs="Times New Roman"/>
                <w:color w:val="282828"/>
              </w:rPr>
              <w:t>Klára Ponížilová, DiS.</w:t>
            </w:r>
          </w:p>
        </w:tc>
        <w:tc>
          <w:tcPr>
            <w:tcW w:w="1354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2692F" w:rsidP="00826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92F">
              <w:rPr>
                <w:rFonts w:ascii="Times New Roman" w:hAnsi="Times New Roman" w:cs="Times New Roman"/>
                <w:color w:val="282828"/>
              </w:rPr>
              <w:t>Tomovy</w:t>
            </w:r>
            <w:proofErr w:type="spellEnd"/>
            <w:r w:rsidRPr="0082692F">
              <w:rPr>
                <w:rFonts w:ascii="Times New Roman" w:hAnsi="Times New Roman" w:cs="Times New Roman"/>
                <w:color w:val="282828"/>
              </w:rPr>
              <w:t xml:space="preserve"> parky</w:t>
            </w:r>
            <w:r w:rsidRPr="0082692F">
              <w:rPr>
                <w:rFonts w:ascii="Times New Roman" w:hAnsi="Times New Roman" w:cs="Times New Roman"/>
                <w:color w:val="282828"/>
              </w:rPr>
              <w:t xml:space="preserve"> </w:t>
            </w:r>
          </w:p>
        </w:tc>
        <w:tc>
          <w:tcPr>
            <w:tcW w:w="1354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5286A">
            <w:pPr>
              <w:jc w:val="center"/>
              <w:rPr>
                <w:rFonts w:ascii="Times New Roman" w:hAnsi="Times New Roman" w:cs="Times New Roman"/>
              </w:rPr>
            </w:pPr>
            <w:r w:rsidRPr="0082692F">
              <w:rPr>
                <w:rFonts w:ascii="Times New Roman" w:hAnsi="Times New Roman" w:cs="Times New Roman"/>
                <w:color w:val="282828"/>
              </w:rPr>
              <w:t>Lesík pod školou</w:t>
            </w:r>
          </w:p>
        </w:tc>
        <w:tc>
          <w:tcPr>
            <w:tcW w:w="1354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26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92F">
              <w:rPr>
                <w:rFonts w:ascii="Times New Roman" w:hAnsi="Times New Roman" w:cs="Times New Roman"/>
                <w:color w:val="282828"/>
              </w:rPr>
              <w:t>Školní</w:t>
            </w:r>
            <w:proofErr w:type="spellEnd"/>
            <w:r w:rsidRPr="0082692F">
              <w:rPr>
                <w:rFonts w:ascii="Times New Roman" w:hAnsi="Times New Roman" w:cs="Times New Roman"/>
                <w:color w:val="282828"/>
              </w:rPr>
              <w:t xml:space="preserve"> sad</w:t>
            </w:r>
          </w:p>
        </w:tc>
        <w:tc>
          <w:tcPr>
            <w:tcW w:w="1354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5286A">
            <w:pPr>
              <w:jc w:val="center"/>
              <w:rPr>
                <w:rFonts w:ascii="Times New Roman" w:hAnsi="Times New Roman" w:cs="Times New Roman"/>
              </w:rPr>
            </w:pPr>
            <w:r w:rsidRPr="0082692F">
              <w:rPr>
                <w:rFonts w:ascii="Times New Roman" w:hAnsi="Times New Roman" w:cs="Times New Roman"/>
                <w:color w:val="282828"/>
              </w:rPr>
              <w:t>Mraženka</w:t>
            </w:r>
          </w:p>
        </w:tc>
        <w:tc>
          <w:tcPr>
            <w:tcW w:w="1930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26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92F">
              <w:rPr>
                <w:rFonts w:ascii="Times New Roman" w:hAnsi="Times New Roman" w:cs="Times New Roman"/>
                <w:color w:val="282828"/>
              </w:rPr>
              <w:t>Školní</w:t>
            </w:r>
            <w:proofErr w:type="spellEnd"/>
            <w:r w:rsidRPr="0082692F">
              <w:rPr>
                <w:rFonts w:ascii="Times New Roman" w:hAnsi="Times New Roman" w:cs="Times New Roman"/>
                <w:color w:val="282828"/>
              </w:rPr>
              <w:t xml:space="preserve"> </w:t>
            </w:r>
            <w:proofErr w:type="spellStart"/>
            <w:r w:rsidRPr="0082692F">
              <w:rPr>
                <w:rFonts w:ascii="Times New Roman" w:hAnsi="Times New Roman" w:cs="Times New Roman"/>
                <w:color w:val="282828"/>
              </w:rPr>
              <w:t>hřiště</w:t>
            </w:r>
            <w:proofErr w:type="spellEnd"/>
          </w:p>
        </w:tc>
      </w:tr>
      <w:tr w:rsidR="0007410C" w:rsidRPr="0082692F">
        <w:trPr>
          <w:jc w:val="center"/>
        </w:trPr>
        <w:tc>
          <w:tcPr>
            <w:tcW w:w="2016" w:type="dxa"/>
            <w:shd w:val="clear" w:color="auto" w:fill="F4F7FA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5286A">
            <w:pPr>
              <w:rPr>
                <w:rFonts w:ascii="Times New Roman" w:hAnsi="Times New Roman" w:cs="Times New Roman"/>
              </w:rPr>
            </w:pPr>
            <w:r w:rsidRPr="0082692F">
              <w:rPr>
                <w:rFonts w:ascii="Times New Roman" w:hAnsi="Times New Roman" w:cs="Times New Roman"/>
                <w:b/>
                <w:color w:val="282828"/>
              </w:rPr>
              <w:t>oddělení ŠD ŠIKULOVÉ</w:t>
            </w:r>
          </w:p>
        </w:tc>
        <w:tc>
          <w:tcPr>
            <w:tcW w:w="1872" w:type="dxa"/>
            <w:shd w:val="clear" w:color="auto" w:fill="F4F7FA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5286A">
            <w:pPr>
              <w:rPr>
                <w:rFonts w:ascii="Times New Roman" w:hAnsi="Times New Roman" w:cs="Times New Roman"/>
              </w:rPr>
            </w:pPr>
            <w:r w:rsidRPr="0082692F">
              <w:rPr>
                <w:rFonts w:ascii="Times New Roman" w:hAnsi="Times New Roman" w:cs="Times New Roman"/>
                <w:color w:val="282828"/>
              </w:rPr>
              <w:t>Sandra Másilková</w:t>
            </w:r>
          </w:p>
        </w:tc>
        <w:tc>
          <w:tcPr>
            <w:tcW w:w="1354" w:type="dxa"/>
            <w:shd w:val="clear" w:color="auto" w:fill="F4F7FA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2692F" w:rsidP="00826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92F">
              <w:rPr>
                <w:rFonts w:ascii="Times New Roman" w:hAnsi="Times New Roman" w:cs="Times New Roman"/>
                <w:color w:val="282828"/>
              </w:rPr>
              <w:t>Školní</w:t>
            </w:r>
            <w:proofErr w:type="spellEnd"/>
            <w:r w:rsidRPr="0082692F">
              <w:rPr>
                <w:rFonts w:ascii="Times New Roman" w:hAnsi="Times New Roman" w:cs="Times New Roman"/>
                <w:color w:val="282828"/>
              </w:rPr>
              <w:t xml:space="preserve"> sad</w:t>
            </w:r>
            <w:r w:rsidRPr="0082692F">
              <w:rPr>
                <w:rFonts w:ascii="Times New Roman" w:hAnsi="Times New Roman" w:cs="Times New Roman"/>
                <w:color w:val="282828"/>
              </w:rPr>
              <w:t xml:space="preserve"> </w:t>
            </w:r>
          </w:p>
        </w:tc>
        <w:tc>
          <w:tcPr>
            <w:tcW w:w="1354" w:type="dxa"/>
            <w:shd w:val="clear" w:color="auto" w:fill="F4F7FA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5286A">
            <w:pPr>
              <w:jc w:val="center"/>
              <w:rPr>
                <w:rFonts w:ascii="Times New Roman" w:hAnsi="Times New Roman" w:cs="Times New Roman"/>
              </w:rPr>
            </w:pPr>
            <w:r w:rsidRPr="0082692F">
              <w:rPr>
                <w:rFonts w:ascii="Times New Roman" w:hAnsi="Times New Roman" w:cs="Times New Roman"/>
                <w:color w:val="282828"/>
              </w:rPr>
              <w:t>Školní hřiště</w:t>
            </w:r>
          </w:p>
        </w:tc>
        <w:tc>
          <w:tcPr>
            <w:tcW w:w="1354" w:type="dxa"/>
            <w:shd w:val="clear" w:color="auto" w:fill="F4F7FA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5286A">
            <w:pPr>
              <w:jc w:val="center"/>
              <w:rPr>
                <w:rFonts w:ascii="Times New Roman" w:hAnsi="Times New Roman" w:cs="Times New Roman"/>
              </w:rPr>
            </w:pPr>
            <w:r w:rsidRPr="0082692F">
              <w:rPr>
                <w:rFonts w:ascii="Times New Roman" w:hAnsi="Times New Roman" w:cs="Times New Roman"/>
                <w:color w:val="282828"/>
              </w:rPr>
              <w:t>Lesík pod školou</w:t>
            </w:r>
          </w:p>
        </w:tc>
        <w:tc>
          <w:tcPr>
            <w:tcW w:w="1354" w:type="dxa"/>
            <w:shd w:val="clear" w:color="auto" w:fill="F4F7FA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5286A">
            <w:pPr>
              <w:jc w:val="center"/>
              <w:rPr>
                <w:rFonts w:ascii="Times New Roman" w:hAnsi="Times New Roman" w:cs="Times New Roman"/>
              </w:rPr>
            </w:pPr>
            <w:r w:rsidRPr="0082692F">
              <w:rPr>
                <w:rFonts w:ascii="Times New Roman" w:hAnsi="Times New Roman" w:cs="Times New Roman"/>
                <w:color w:val="282828"/>
              </w:rPr>
              <w:t>Tomovy parky</w:t>
            </w:r>
          </w:p>
        </w:tc>
        <w:tc>
          <w:tcPr>
            <w:tcW w:w="1930" w:type="dxa"/>
            <w:shd w:val="clear" w:color="auto" w:fill="F4F7FA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26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92F">
              <w:rPr>
                <w:rFonts w:ascii="Times New Roman" w:hAnsi="Times New Roman" w:cs="Times New Roman"/>
                <w:color w:val="282828"/>
              </w:rPr>
              <w:t>Mraženka</w:t>
            </w:r>
            <w:proofErr w:type="spellEnd"/>
          </w:p>
        </w:tc>
      </w:tr>
      <w:tr w:rsidR="0007410C" w:rsidRPr="0082692F">
        <w:trPr>
          <w:jc w:val="center"/>
        </w:trPr>
        <w:tc>
          <w:tcPr>
            <w:tcW w:w="2016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5286A">
            <w:pPr>
              <w:rPr>
                <w:rFonts w:ascii="Times New Roman" w:hAnsi="Times New Roman" w:cs="Times New Roman"/>
              </w:rPr>
            </w:pPr>
            <w:r w:rsidRPr="0082692F">
              <w:rPr>
                <w:rFonts w:ascii="Times New Roman" w:hAnsi="Times New Roman" w:cs="Times New Roman"/>
                <w:b/>
                <w:color w:val="282828"/>
              </w:rPr>
              <w:t>oddělení ŠD ŽELVIČKY</w:t>
            </w:r>
          </w:p>
        </w:tc>
        <w:tc>
          <w:tcPr>
            <w:tcW w:w="1872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5286A">
            <w:pPr>
              <w:rPr>
                <w:rFonts w:ascii="Times New Roman" w:hAnsi="Times New Roman" w:cs="Times New Roman"/>
              </w:rPr>
            </w:pPr>
            <w:r w:rsidRPr="0082692F">
              <w:rPr>
                <w:rFonts w:ascii="Times New Roman" w:hAnsi="Times New Roman" w:cs="Times New Roman"/>
                <w:color w:val="282828"/>
              </w:rPr>
              <w:t>Lucie Hubschová</w:t>
            </w:r>
          </w:p>
        </w:tc>
        <w:tc>
          <w:tcPr>
            <w:tcW w:w="1354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5286A">
            <w:pPr>
              <w:jc w:val="center"/>
              <w:rPr>
                <w:rFonts w:ascii="Times New Roman" w:hAnsi="Times New Roman" w:cs="Times New Roman"/>
              </w:rPr>
            </w:pPr>
            <w:r w:rsidRPr="0082692F">
              <w:rPr>
                <w:rFonts w:ascii="Times New Roman" w:hAnsi="Times New Roman" w:cs="Times New Roman"/>
                <w:color w:val="282828"/>
              </w:rPr>
              <w:t>Školní sad</w:t>
            </w:r>
          </w:p>
        </w:tc>
        <w:tc>
          <w:tcPr>
            <w:tcW w:w="1354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26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92F">
              <w:rPr>
                <w:rFonts w:ascii="Times New Roman" w:hAnsi="Times New Roman" w:cs="Times New Roman"/>
                <w:color w:val="282828"/>
              </w:rPr>
              <w:t>Školní</w:t>
            </w:r>
            <w:proofErr w:type="spellEnd"/>
            <w:r w:rsidRPr="0082692F">
              <w:rPr>
                <w:rFonts w:ascii="Times New Roman" w:hAnsi="Times New Roman" w:cs="Times New Roman"/>
                <w:color w:val="282828"/>
              </w:rPr>
              <w:t xml:space="preserve"> </w:t>
            </w:r>
            <w:proofErr w:type="spellStart"/>
            <w:r w:rsidRPr="0082692F">
              <w:rPr>
                <w:rFonts w:ascii="Times New Roman" w:hAnsi="Times New Roman" w:cs="Times New Roman"/>
                <w:color w:val="282828"/>
              </w:rPr>
              <w:t>hřiště</w:t>
            </w:r>
            <w:proofErr w:type="spellEnd"/>
          </w:p>
        </w:tc>
        <w:tc>
          <w:tcPr>
            <w:tcW w:w="1354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26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92F">
              <w:rPr>
                <w:rFonts w:ascii="Times New Roman" w:hAnsi="Times New Roman" w:cs="Times New Roman"/>
                <w:color w:val="282828"/>
              </w:rPr>
              <w:t>Lesík</w:t>
            </w:r>
            <w:proofErr w:type="spellEnd"/>
            <w:r w:rsidRPr="0082692F">
              <w:rPr>
                <w:rFonts w:ascii="Times New Roman" w:hAnsi="Times New Roman" w:cs="Times New Roman"/>
                <w:color w:val="282828"/>
              </w:rPr>
              <w:t xml:space="preserve"> pod </w:t>
            </w:r>
            <w:proofErr w:type="spellStart"/>
            <w:r w:rsidRPr="0082692F">
              <w:rPr>
                <w:rFonts w:ascii="Times New Roman" w:hAnsi="Times New Roman" w:cs="Times New Roman"/>
                <w:color w:val="282828"/>
              </w:rPr>
              <w:t>školou</w:t>
            </w:r>
            <w:proofErr w:type="spellEnd"/>
          </w:p>
        </w:tc>
        <w:tc>
          <w:tcPr>
            <w:tcW w:w="1354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26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92F">
              <w:rPr>
                <w:rFonts w:ascii="Times New Roman" w:hAnsi="Times New Roman" w:cs="Times New Roman"/>
                <w:color w:val="282828"/>
              </w:rPr>
              <w:t>Tomovy</w:t>
            </w:r>
            <w:proofErr w:type="spellEnd"/>
            <w:r w:rsidRPr="0082692F">
              <w:rPr>
                <w:rFonts w:ascii="Times New Roman" w:hAnsi="Times New Roman" w:cs="Times New Roman"/>
                <w:color w:val="282828"/>
              </w:rPr>
              <w:t xml:space="preserve"> parky</w:t>
            </w:r>
          </w:p>
        </w:tc>
        <w:tc>
          <w:tcPr>
            <w:tcW w:w="1930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2692F" w:rsidP="00826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92F">
              <w:rPr>
                <w:rFonts w:ascii="Times New Roman" w:hAnsi="Times New Roman" w:cs="Times New Roman"/>
                <w:color w:val="282828"/>
              </w:rPr>
              <w:t>Mraženka</w:t>
            </w:r>
            <w:proofErr w:type="spellEnd"/>
            <w:r w:rsidRPr="0082692F">
              <w:rPr>
                <w:rFonts w:ascii="Times New Roman" w:hAnsi="Times New Roman" w:cs="Times New Roman"/>
                <w:color w:val="282828"/>
              </w:rPr>
              <w:t xml:space="preserve"> </w:t>
            </w:r>
          </w:p>
        </w:tc>
      </w:tr>
      <w:tr w:rsidR="0007410C" w:rsidRPr="0082692F">
        <w:trPr>
          <w:jc w:val="center"/>
        </w:trPr>
        <w:tc>
          <w:tcPr>
            <w:tcW w:w="2016" w:type="dxa"/>
            <w:shd w:val="clear" w:color="auto" w:fill="F4F7FA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2692F">
            <w:pPr>
              <w:rPr>
                <w:rFonts w:ascii="Times New Roman" w:hAnsi="Times New Roman" w:cs="Times New Roman"/>
              </w:rPr>
            </w:pPr>
            <w:proofErr w:type="spellStart"/>
            <w:r w:rsidRPr="0082692F">
              <w:rPr>
                <w:rFonts w:ascii="Times New Roman" w:hAnsi="Times New Roman" w:cs="Times New Roman"/>
                <w:b/>
                <w:color w:val="282828"/>
              </w:rPr>
              <w:t>oddělení</w:t>
            </w:r>
            <w:proofErr w:type="spellEnd"/>
            <w:r w:rsidRPr="0082692F">
              <w:rPr>
                <w:rFonts w:ascii="Times New Roman" w:hAnsi="Times New Roman" w:cs="Times New Roman"/>
                <w:b/>
                <w:color w:val="282828"/>
              </w:rPr>
              <w:t xml:space="preserve"> ŠD SOVIČKY</w:t>
            </w:r>
          </w:p>
        </w:tc>
        <w:tc>
          <w:tcPr>
            <w:tcW w:w="1872" w:type="dxa"/>
            <w:shd w:val="clear" w:color="auto" w:fill="F4F7FA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5286A">
            <w:pPr>
              <w:rPr>
                <w:rFonts w:ascii="Times New Roman" w:hAnsi="Times New Roman" w:cs="Times New Roman"/>
              </w:rPr>
            </w:pPr>
            <w:r w:rsidRPr="0082692F">
              <w:rPr>
                <w:rFonts w:ascii="Times New Roman" w:hAnsi="Times New Roman" w:cs="Times New Roman"/>
                <w:color w:val="282828"/>
              </w:rPr>
              <w:t>Jitka Vránová</w:t>
            </w:r>
          </w:p>
        </w:tc>
        <w:tc>
          <w:tcPr>
            <w:tcW w:w="1354" w:type="dxa"/>
            <w:shd w:val="clear" w:color="auto" w:fill="F4F7FA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2692F" w:rsidP="00826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92F">
              <w:rPr>
                <w:rFonts w:ascii="Times New Roman" w:hAnsi="Times New Roman" w:cs="Times New Roman"/>
                <w:color w:val="282828"/>
              </w:rPr>
              <w:t>Mraženka</w:t>
            </w:r>
            <w:proofErr w:type="spellEnd"/>
            <w:r w:rsidRPr="0082692F">
              <w:rPr>
                <w:rFonts w:ascii="Times New Roman" w:hAnsi="Times New Roman" w:cs="Times New Roman"/>
                <w:color w:val="282828"/>
              </w:rPr>
              <w:t xml:space="preserve"> </w:t>
            </w:r>
          </w:p>
        </w:tc>
        <w:tc>
          <w:tcPr>
            <w:tcW w:w="1354" w:type="dxa"/>
            <w:shd w:val="clear" w:color="auto" w:fill="F4F7FA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5286A">
            <w:pPr>
              <w:jc w:val="center"/>
              <w:rPr>
                <w:rFonts w:ascii="Times New Roman" w:hAnsi="Times New Roman" w:cs="Times New Roman"/>
              </w:rPr>
            </w:pPr>
            <w:r w:rsidRPr="0082692F">
              <w:rPr>
                <w:rFonts w:ascii="Times New Roman" w:hAnsi="Times New Roman" w:cs="Times New Roman"/>
                <w:color w:val="282828"/>
              </w:rPr>
              <w:t>Školní sad</w:t>
            </w:r>
          </w:p>
        </w:tc>
        <w:tc>
          <w:tcPr>
            <w:tcW w:w="1354" w:type="dxa"/>
            <w:shd w:val="clear" w:color="auto" w:fill="F4F7FA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26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92F">
              <w:rPr>
                <w:rFonts w:ascii="Times New Roman" w:hAnsi="Times New Roman" w:cs="Times New Roman"/>
                <w:color w:val="282828"/>
              </w:rPr>
              <w:t>Školní</w:t>
            </w:r>
            <w:proofErr w:type="spellEnd"/>
            <w:r w:rsidRPr="0082692F">
              <w:rPr>
                <w:rFonts w:ascii="Times New Roman" w:hAnsi="Times New Roman" w:cs="Times New Roman"/>
                <w:color w:val="282828"/>
              </w:rPr>
              <w:t xml:space="preserve"> </w:t>
            </w:r>
            <w:proofErr w:type="spellStart"/>
            <w:r w:rsidRPr="0082692F">
              <w:rPr>
                <w:rFonts w:ascii="Times New Roman" w:hAnsi="Times New Roman" w:cs="Times New Roman"/>
                <w:color w:val="282828"/>
              </w:rPr>
              <w:t>hřiště</w:t>
            </w:r>
            <w:proofErr w:type="spellEnd"/>
          </w:p>
        </w:tc>
        <w:tc>
          <w:tcPr>
            <w:tcW w:w="1354" w:type="dxa"/>
            <w:shd w:val="clear" w:color="auto" w:fill="F4F7FA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26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92F">
              <w:rPr>
                <w:rFonts w:ascii="Times New Roman" w:hAnsi="Times New Roman" w:cs="Times New Roman"/>
                <w:color w:val="282828"/>
              </w:rPr>
              <w:t>Lesík</w:t>
            </w:r>
            <w:proofErr w:type="spellEnd"/>
            <w:r w:rsidRPr="0082692F">
              <w:rPr>
                <w:rFonts w:ascii="Times New Roman" w:hAnsi="Times New Roman" w:cs="Times New Roman"/>
                <w:color w:val="282828"/>
              </w:rPr>
              <w:t xml:space="preserve"> pod </w:t>
            </w:r>
            <w:proofErr w:type="spellStart"/>
            <w:r w:rsidRPr="0082692F">
              <w:rPr>
                <w:rFonts w:ascii="Times New Roman" w:hAnsi="Times New Roman" w:cs="Times New Roman"/>
                <w:color w:val="282828"/>
              </w:rPr>
              <w:t>školou</w:t>
            </w:r>
            <w:proofErr w:type="spellEnd"/>
          </w:p>
        </w:tc>
        <w:tc>
          <w:tcPr>
            <w:tcW w:w="1930" w:type="dxa"/>
            <w:shd w:val="clear" w:color="auto" w:fill="F4F7FA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26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92F">
              <w:rPr>
                <w:rFonts w:ascii="Times New Roman" w:hAnsi="Times New Roman" w:cs="Times New Roman"/>
                <w:color w:val="282828"/>
              </w:rPr>
              <w:t>Tomovy</w:t>
            </w:r>
            <w:proofErr w:type="spellEnd"/>
            <w:r w:rsidRPr="0082692F">
              <w:rPr>
                <w:rFonts w:ascii="Times New Roman" w:hAnsi="Times New Roman" w:cs="Times New Roman"/>
                <w:color w:val="282828"/>
              </w:rPr>
              <w:t xml:space="preserve"> parky</w:t>
            </w:r>
          </w:p>
        </w:tc>
      </w:tr>
      <w:tr w:rsidR="0007410C" w:rsidRPr="0082692F">
        <w:trPr>
          <w:jc w:val="center"/>
        </w:trPr>
        <w:tc>
          <w:tcPr>
            <w:tcW w:w="2016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5286A">
            <w:pPr>
              <w:rPr>
                <w:rFonts w:ascii="Times New Roman" w:hAnsi="Times New Roman" w:cs="Times New Roman"/>
              </w:rPr>
            </w:pPr>
            <w:r w:rsidRPr="0082692F">
              <w:rPr>
                <w:rFonts w:ascii="Times New Roman" w:hAnsi="Times New Roman" w:cs="Times New Roman"/>
                <w:b/>
                <w:color w:val="282828"/>
              </w:rPr>
              <w:t>oddělení ŠD NEPLEŠI</w:t>
            </w:r>
          </w:p>
        </w:tc>
        <w:tc>
          <w:tcPr>
            <w:tcW w:w="1872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5286A">
            <w:pPr>
              <w:rPr>
                <w:rFonts w:ascii="Times New Roman" w:hAnsi="Times New Roman" w:cs="Times New Roman"/>
              </w:rPr>
            </w:pPr>
            <w:r w:rsidRPr="0082692F">
              <w:rPr>
                <w:rFonts w:ascii="Times New Roman" w:hAnsi="Times New Roman" w:cs="Times New Roman"/>
                <w:color w:val="282828"/>
              </w:rPr>
              <w:t>Kateřina Mauserová</w:t>
            </w:r>
          </w:p>
        </w:tc>
        <w:tc>
          <w:tcPr>
            <w:tcW w:w="1354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5286A">
            <w:pPr>
              <w:jc w:val="center"/>
              <w:rPr>
                <w:rFonts w:ascii="Times New Roman" w:hAnsi="Times New Roman" w:cs="Times New Roman"/>
              </w:rPr>
            </w:pPr>
            <w:r w:rsidRPr="0082692F">
              <w:rPr>
                <w:rFonts w:ascii="Times New Roman" w:hAnsi="Times New Roman" w:cs="Times New Roman"/>
                <w:color w:val="282828"/>
              </w:rPr>
              <w:t>Lesík pod školou</w:t>
            </w:r>
          </w:p>
        </w:tc>
        <w:tc>
          <w:tcPr>
            <w:tcW w:w="1354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5286A">
            <w:pPr>
              <w:jc w:val="center"/>
              <w:rPr>
                <w:rFonts w:ascii="Times New Roman" w:hAnsi="Times New Roman" w:cs="Times New Roman"/>
              </w:rPr>
            </w:pPr>
            <w:r w:rsidRPr="0082692F">
              <w:rPr>
                <w:rFonts w:ascii="Times New Roman" w:hAnsi="Times New Roman" w:cs="Times New Roman"/>
                <w:color w:val="282828"/>
              </w:rPr>
              <w:t>Tomovy parky</w:t>
            </w:r>
          </w:p>
        </w:tc>
        <w:tc>
          <w:tcPr>
            <w:tcW w:w="1354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2692F" w:rsidP="00826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92F">
              <w:rPr>
                <w:rFonts w:ascii="Times New Roman" w:hAnsi="Times New Roman" w:cs="Times New Roman"/>
                <w:color w:val="282828"/>
              </w:rPr>
              <w:t>Mraženka</w:t>
            </w:r>
            <w:proofErr w:type="spellEnd"/>
            <w:r w:rsidRPr="0082692F">
              <w:rPr>
                <w:rFonts w:ascii="Times New Roman" w:hAnsi="Times New Roman" w:cs="Times New Roman"/>
                <w:color w:val="282828"/>
              </w:rPr>
              <w:t xml:space="preserve">  </w:t>
            </w:r>
          </w:p>
        </w:tc>
        <w:tc>
          <w:tcPr>
            <w:tcW w:w="1354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26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92F">
              <w:rPr>
                <w:rFonts w:ascii="Times New Roman" w:hAnsi="Times New Roman" w:cs="Times New Roman"/>
                <w:color w:val="282828"/>
              </w:rPr>
              <w:t>Školní</w:t>
            </w:r>
            <w:proofErr w:type="spellEnd"/>
            <w:r w:rsidRPr="0082692F">
              <w:rPr>
                <w:rFonts w:ascii="Times New Roman" w:hAnsi="Times New Roman" w:cs="Times New Roman"/>
                <w:color w:val="282828"/>
              </w:rPr>
              <w:t xml:space="preserve"> </w:t>
            </w:r>
            <w:proofErr w:type="spellStart"/>
            <w:r w:rsidRPr="0082692F">
              <w:rPr>
                <w:rFonts w:ascii="Times New Roman" w:hAnsi="Times New Roman" w:cs="Times New Roman"/>
                <w:color w:val="282828"/>
              </w:rPr>
              <w:t>hřiště</w:t>
            </w:r>
            <w:proofErr w:type="spellEnd"/>
          </w:p>
        </w:tc>
        <w:tc>
          <w:tcPr>
            <w:tcW w:w="1930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2692F" w:rsidP="00826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92F">
              <w:rPr>
                <w:rFonts w:ascii="Times New Roman" w:hAnsi="Times New Roman" w:cs="Times New Roman"/>
                <w:color w:val="282828"/>
              </w:rPr>
              <w:t>Školní</w:t>
            </w:r>
            <w:proofErr w:type="spellEnd"/>
            <w:r w:rsidRPr="0082692F">
              <w:rPr>
                <w:rFonts w:ascii="Times New Roman" w:hAnsi="Times New Roman" w:cs="Times New Roman"/>
                <w:color w:val="282828"/>
              </w:rPr>
              <w:t xml:space="preserve"> </w:t>
            </w:r>
            <w:proofErr w:type="spellStart"/>
            <w:r w:rsidRPr="0082692F">
              <w:rPr>
                <w:rFonts w:ascii="Times New Roman" w:hAnsi="Times New Roman" w:cs="Times New Roman"/>
                <w:color w:val="282828"/>
              </w:rPr>
              <w:t>sad</w:t>
            </w:r>
            <w:proofErr w:type="spellEnd"/>
            <w:r w:rsidRPr="0082692F">
              <w:rPr>
                <w:rFonts w:ascii="Times New Roman" w:hAnsi="Times New Roman" w:cs="Times New Roman"/>
                <w:color w:val="282828"/>
              </w:rPr>
              <w:t xml:space="preserve">  </w:t>
            </w:r>
          </w:p>
        </w:tc>
      </w:tr>
      <w:tr w:rsidR="0007410C" w:rsidRPr="0082692F">
        <w:trPr>
          <w:jc w:val="center"/>
        </w:trPr>
        <w:tc>
          <w:tcPr>
            <w:tcW w:w="2016" w:type="dxa"/>
            <w:shd w:val="clear" w:color="auto" w:fill="F4F7FA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5286A">
            <w:pPr>
              <w:rPr>
                <w:rFonts w:ascii="Times New Roman" w:hAnsi="Times New Roman" w:cs="Times New Roman"/>
              </w:rPr>
            </w:pPr>
            <w:r w:rsidRPr="0082692F">
              <w:rPr>
                <w:rFonts w:ascii="Times New Roman" w:hAnsi="Times New Roman" w:cs="Times New Roman"/>
                <w:b/>
                <w:color w:val="282828"/>
              </w:rPr>
              <w:t>oddělení ŠD PARŤÁCI</w:t>
            </w:r>
          </w:p>
        </w:tc>
        <w:tc>
          <w:tcPr>
            <w:tcW w:w="1872" w:type="dxa"/>
            <w:shd w:val="clear" w:color="auto" w:fill="F4F7FA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2692F">
            <w:pPr>
              <w:rPr>
                <w:rFonts w:ascii="Times New Roman" w:hAnsi="Times New Roman" w:cs="Times New Roman"/>
              </w:rPr>
            </w:pPr>
            <w:r w:rsidRPr="0082692F">
              <w:rPr>
                <w:rFonts w:ascii="Times New Roman" w:hAnsi="Times New Roman" w:cs="Times New Roman"/>
                <w:color w:val="282828"/>
              </w:rPr>
              <w:t xml:space="preserve">Petra </w:t>
            </w:r>
            <w:proofErr w:type="spellStart"/>
            <w:r w:rsidRPr="0082692F">
              <w:rPr>
                <w:rFonts w:ascii="Times New Roman" w:hAnsi="Times New Roman" w:cs="Times New Roman"/>
                <w:color w:val="282828"/>
              </w:rPr>
              <w:t>Mendlik</w:t>
            </w:r>
            <w:proofErr w:type="spellEnd"/>
          </w:p>
        </w:tc>
        <w:tc>
          <w:tcPr>
            <w:tcW w:w="1354" w:type="dxa"/>
            <w:shd w:val="clear" w:color="auto" w:fill="F4F7FA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26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92F">
              <w:rPr>
                <w:rFonts w:ascii="Times New Roman" w:hAnsi="Times New Roman" w:cs="Times New Roman"/>
                <w:color w:val="282828"/>
              </w:rPr>
              <w:t>Mraženka</w:t>
            </w:r>
            <w:proofErr w:type="spellEnd"/>
          </w:p>
        </w:tc>
        <w:tc>
          <w:tcPr>
            <w:tcW w:w="1354" w:type="dxa"/>
            <w:shd w:val="clear" w:color="auto" w:fill="F4F7FA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2692F" w:rsidP="00826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92F">
              <w:rPr>
                <w:rFonts w:ascii="Times New Roman" w:hAnsi="Times New Roman" w:cs="Times New Roman"/>
                <w:color w:val="282828"/>
              </w:rPr>
              <w:t>Školní</w:t>
            </w:r>
            <w:proofErr w:type="spellEnd"/>
            <w:r w:rsidRPr="0082692F">
              <w:rPr>
                <w:rFonts w:ascii="Times New Roman" w:hAnsi="Times New Roman" w:cs="Times New Roman"/>
                <w:color w:val="282828"/>
              </w:rPr>
              <w:t xml:space="preserve"> sad</w:t>
            </w:r>
            <w:r w:rsidRPr="0082692F">
              <w:rPr>
                <w:rFonts w:ascii="Times New Roman" w:hAnsi="Times New Roman" w:cs="Times New Roman"/>
                <w:color w:val="282828"/>
              </w:rPr>
              <w:t xml:space="preserve"> </w:t>
            </w:r>
          </w:p>
        </w:tc>
        <w:tc>
          <w:tcPr>
            <w:tcW w:w="1354" w:type="dxa"/>
            <w:shd w:val="clear" w:color="auto" w:fill="F4F7FA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26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92F">
              <w:rPr>
                <w:rFonts w:ascii="Times New Roman" w:hAnsi="Times New Roman" w:cs="Times New Roman"/>
                <w:color w:val="282828"/>
              </w:rPr>
              <w:t>Školní</w:t>
            </w:r>
            <w:proofErr w:type="spellEnd"/>
            <w:r w:rsidRPr="0082692F">
              <w:rPr>
                <w:rFonts w:ascii="Times New Roman" w:hAnsi="Times New Roman" w:cs="Times New Roman"/>
                <w:color w:val="282828"/>
              </w:rPr>
              <w:t xml:space="preserve"> </w:t>
            </w:r>
            <w:proofErr w:type="spellStart"/>
            <w:r w:rsidRPr="0082692F">
              <w:rPr>
                <w:rFonts w:ascii="Times New Roman" w:hAnsi="Times New Roman" w:cs="Times New Roman"/>
                <w:color w:val="282828"/>
              </w:rPr>
              <w:t>hřiště</w:t>
            </w:r>
            <w:proofErr w:type="spellEnd"/>
          </w:p>
        </w:tc>
        <w:tc>
          <w:tcPr>
            <w:tcW w:w="1354" w:type="dxa"/>
            <w:shd w:val="clear" w:color="auto" w:fill="F4F7FA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2692F" w:rsidP="00826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92F">
              <w:rPr>
                <w:rFonts w:ascii="Times New Roman" w:hAnsi="Times New Roman" w:cs="Times New Roman"/>
                <w:color w:val="282828"/>
              </w:rPr>
              <w:t>Lesík</w:t>
            </w:r>
            <w:proofErr w:type="spellEnd"/>
            <w:r w:rsidRPr="0082692F">
              <w:rPr>
                <w:rFonts w:ascii="Times New Roman" w:hAnsi="Times New Roman" w:cs="Times New Roman"/>
                <w:color w:val="282828"/>
              </w:rPr>
              <w:t xml:space="preserve"> pod </w:t>
            </w:r>
            <w:proofErr w:type="spellStart"/>
            <w:r w:rsidRPr="0082692F">
              <w:rPr>
                <w:rFonts w:ascii="Times New Roman" w:hAnsi="Times New Roman" w:cs="Times New Roman"/>
                <w:color w:val="282828"/>
              </w:rPr>
              <w:t>školou</w:t>
            </w:r>
            <w:proofErr w:type="spellEnd"/>
          </w:p>
        </w:tc>
        <w:tc>
          <w:tcPr>
            <w:tcW w:w="1930" w:type="dxa"/>
            <w:shd w:val="clear" w:color="auto" w:fill="F4F7FA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07410C" w:rsidRPr="0082692F" w:rsidRDefault="008269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92F">
              <w:rPr>
                <w:rFonts w:ascii="Times New Roman" w:hAnsi="Times New Roman" w:cs="Times New Roman"/>
                <w:color w:val="282828"/>
              </w:rPr>
              <w:t>Tomovy</w:t>
            </w:r>
            <w:proofErr w:type="spellEnd"/>
            <w:r w:rsidRPr="0082692F">
              <w:rPr>
                <w:rFonts w:ascii="Times New Roman" w:hAnsi="Times New Roman" w:cs="Times New Roman"/>
                <w:color w:val="282828"/>
              </w:rPr>
              <w:t xml:space="preserve"> parky</w:t>
            </w:r>
          </w:p>
        </w:tc>
      </w:tr>
    </w:tbl>
    <w:p w:rsidR="0085286A" w:rsidRPr="0082692F" w:rsidRDefault="0085286A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85286A" w:rsidRPr="0082692F" w:rsidSect="00034616">
      <w:headerReference w:type="default" r:id="rId9"/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86A" w:rsidRDefault="0085286A" w:rsidP="0082692F">
      <w:pPr>
        <w:spacing w:after="0" w:line="240" w:lineRule="auto"/>
      </w:pPr>
      <w:r>
        <w:separator/>
      </w:r>
    </w:p>
  </w:endnote>
  <w:endnote w:type="continuationSeparator" w:id="0">
    <w:p w:rsidR="0085286A" w:rsidRDefault="0085286A" w:rsidP="00826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86A" w:rsidRDefault="0085286A" w:rsidP="0082692F">
      <w:pPr>
        <w:spacing w:after="0" w:line="240" w:lineRule="auto"/>
      </w:pPr>
      <w:r>
        <w:separator/>
      </w:r>
    </w:p>
  </w:footnote>
  <w:footnote w:type="continuationSeparator" w:id="0">
    <w:p w:rsidR="0085286A" w:rsidRDefault="0085286A" w:rsidP="008269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92F" w:rsidRPr="0082692F" w:rsidRDefault="0082692F" w:rsidP="0082692F">
    <w:pPr>
      <w:pStyle w:val="Zhlav"/>
      <w:jc w:val="center"/>
    </w:pPr>
    <w:r>
      <w:rPr>
        <w:noProof/>
        <w:lang w:eastAsia="cs-CZ"/>
      </w:rPr>
      <w:drawing>
        <wp:inline distT="0" distB="0" distL="0" distR="0" wp14:anchorId="0398EA14" wp14:editId="1C58B86A">
          <wp:extent cx="5054602" cy="939802"/>
          <wp:effectExtent l="0" t="0" r="0" b="0"/>
          <wp:docPr id="1" name="Obrázek 5" descr="Obsah obrázku text, snímek obrazovky, logo, Písmo&#10;&#10;Obsah generovaný pomocí AI může být nesprávný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54602" cy="93980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7410C"/>
    <w:rsid w:val="0015074B"/>
    <w:rsid w:val="0029639D"/>
    <w:rsid w:val="00326F90"/>
    <w:rsid w:val="0082692F"/>
    <w:rsid w:val="0085286A"/>
    <w:rsid w:val="00AA1D8D"/>
    <w:rsid w:val="00B47730"/>
    <w:rsid w:val="00CB0664"/>
    <w:rsid w:val="00E169E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v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bubliny">
    <w:name w:val="Balloon Text"/>
    <w:basedOn w:val="Normln"/>
    <w:link w:val="TextbublinyChar"/>
    <w:uiPriority w:val="99"/>
    <w:semiHidden/>
    <w:unhideWhenUsed/>
    <w:rsid w:val="00826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69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v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bubliny">
    <w:name w:val="Balloon Text"/>
    <w:basedOn w:val="Normln"/>
    <w:link w:val="TextbublinyChar"/>
    <w:uiPriority w:val="99"/>
    <w:semiHidden/>
    <w:unhideWhenUsed/>
    <w:rsid w:val="00826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69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C485DB0-A342-4CB6-95A0-46E69DBFB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860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Miroslava Jonasova</cp:lastModifiedBy>
  <cp:revision>2</cp:revision>
  <cp:lastPrinted>2026-08-27T08:49:00Z</cp:lastPrinted>
  <dcterms:created xsi:type="dcterms:W3CDTF">2026-08-27T08:56:00Z</dcterms:created>
  <dcterms:modified xsi:type="dcterms:W3CDTF">2026-08-27T08:56:00Z</dcterms:modified>
</cp:coreProperties>
</file>